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Compte rendu de chantier n° ___</w:t>
      </w:r>
    </w:p>
    <w:p>
      <w:r>
        <w:rPr>
          <w:color w:val="808080"/>
          <w:sz w:val="17"/>
        </w:rPr>
        <w:t>Modèle gratuit proposé par Agence Talos (agencetalos.fr). Libre d'utilisation et de modification.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Chantier (nom et adresse)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Maître d'ouvrage (client)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Maître d'œuvre ou conducteur de travaux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Date et heure de la visite ou de la réunion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Rédigé par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Date de diffusion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pStyle w:val="Heading2"/>
      </w:pPr>
      <w:r>
        <w:t>1. Présents, absents, excusés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Nom</w:t>
            </w:r>
          </w:p>
        </w:tc>
        <w:tc>
          <w:tcPr>
            <w:tcW w:type="dxa" w:w="2493"/>
          </w:tcPr>
          <w:p>
            <w:r>
              <w:t>Entreprise ou rôle</w:t>
            </w:r>
          </w:p>
        </w:tc>
        <w:tc>
          <w:tcPr>
            <w:tcW w:type="dxa" w:w="2493"/>
          </w:tcPr>
          <w:p>
            <w:r>
              <w:t>Présent / absent / excusé</w:t>
            </w:r>
          </w:p>
        </w:tc>
        <w:tc>
          <w:tcPr>
            <w:tcW w:type="dxa" w:w="2493"/>
          </w:tcPr>
          <w:p>
            <w:r>
              <w:t>Contact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2. Avancement des travaux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Lot ou tâche</w:t>
            </w:r>
          </w:p>
        </w:tc>
        <w:tc>
          <w:tcPr>
            <w:tcW w:type="dxa" w:w="2493"/>
          </w:tcPr>
          <w:p>
            <w:r>
              <w:t>Prévu</w:t>
            </w:r>
          </w:p>
        </w:tc>
        <w:tc>
          <w:tcPr>
            <w:tcW w:type="dxa" w:w="2493"/>
          </w:tcPr>
          <w:p>
            <w:r>
              <w:t>Réalisé</w:t>
            </w:r>
          </w:p>
        </w:tc>
        <w:tc>
          <w:tcPr>
            <w:tcW w:type="dxa" w:w="2493"/>
          </w:tcPr>
          <w:p>
            <w:r>
              <w:t>Écart et cause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3. Constats et observations</w:t>
      </w:r>
    </w:p>
    <w:p>
      <w:r>
        <w:t>Qualité, sécurité, propreté, conformité au plan. Joindre les photos datées en annexe (numéroter : photo 1, photo 2…).</w:t>
      </w:r>
    </w:p>
    <w:p/>
    <w:p>
      <w:pPr>
        <w:pStyle w:val="Heading2"/>
      </w:pPr>
      <w:r>
        <w:t>4. Décisions prises</w:t>
      </w:r>
    </w:p>
    <w:p/>
    <w:p>
      <w:pPr>
        <w:pStyle w:val="Heading2"/>
      </w:pPr>
      <w:r>
        <w:t>5. Actions à mener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N°</w:t>
            </w:r>
          </w:p>
        </w:tc>
        <w:tc>
          <w:tcPr>
            <w:tcW w:type="dxa" w:w="2493"/>
          </w:tcPr>
          <w:p>
            <w:r>
              <w:t>Action</w:t>
            </w:r>
          </w:p>
        </w:tc>
        <w:tc>
          <w:tcPr>
            <w:tcW w:type="dxa" w:w="2493"/>
          </w:tcPr>
          <w:p>
            <w:r>
              <w:t>Qui</w:t>
            </w:r>
          </w:p>
        </w:tc>
        <w:tc>
          <w:tcPr>
            <w:tcW w:type="dxa" w:w="2493"/>
          </w:tcPr>
          <w:p>
            <w:r>
              <w:t>Pour quand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6. Travaux supplémentaires ou modifications demandés</w:t>
      </w:r>
    </w:p>
    <w:p>
      <w:r>
        <w:t>Décrire la demande, qui l'a faite, et l'accord écrit obtenu (devis complémentaire ou avenant signé).</w:t>
      </w:r>
    </w:p>
    <w:p/>
    <w:p>
      <w:pPr>
        <w:pStyle w:val="Heading2"/>
      </w:pPr>
      <w:r>
        <w:t>7. Prochaine réunion</w:t>
      </w:r>
    </w:p>
    <w:p>
      <w:r>
        <w:t>Date, heure, lieu, personnes à convoquer.</w:t>
      </w:r>
    </w:p>
    <w:p/>
    <w:p>
      <w:r>
        <w:rPr>
          <w:sz w:val="18"/>
        </w:rPr>
        <w:t>Sans observation écrite des destinataires dans un délai de ___ jours après sa diffusion, ce compte rendu est considéré comme accepté. (Délai à fixer selon votre contrat ou votre usage.)</w:t>
      </w:r>
    </w:p>
    <w:p>
      <w:pPr>
        <w:pStyle w:val="Heading2"/>
      </w:pPr>
      <w:r>
        <w:t>Annexes</w:t>
      </w:r>
    </w:p>
    <w:p>
      <w:r>
        <w:t>Photos, plans annotés, documents remis.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